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5143A289" w:rsidR="001E1635" w:rsidRDefault="002A0E43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2ABF4C3F" wp14:editId="07DCC4A3">
                  <wp:extent cx="480695" cy="641985"/>
                  <wp:effectExtent l="0" t="0" r="0" b="5715"/>
                  <wp:docPr id="2" name="Picture 1" descr="Description: C:\Users\User\Desktop\videle sigla - Copy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Description: C:\Users\User\Desktop\videle sigla - Copy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95" cy="641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8A49159" w14:textId="7FF6086B" w:rsidR="001E1635" w:rsidRDefault="00F8409C" w:rsidP="000C1CCF">
            <w:pPr>
              <w:keepNext/>
            </w:pPr>
            <w:r>
              <w:rPr>
                <w:b/>
                <w:color w:val="0D5F78"/>
              </w:rPr>
              <w:t>Județul</w:t>
            </w:r>
            <w:r w:rsidR="000C1CCF">
              <w:rPr>
                <w:b/>
                <w:color w:val="0D5F78"/>
              </w:rPr>
              <w:t xml:space="preserve"> </w:t>
            </w:r>
            <w:r w:rsidR="000C1CCF" w:rsidRPr="000C1CCF">
              <w:rPr>
                <w:b/>
              </w:rPr>
              <w:t>TELEORMAN</w:t>
            </w:r>
          </w:p>
        </w:tc>
      </w:tr>
      <w:tr w:rsidR="001E1635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14:paraId="2BE82BE0" w14:textId="27A6ECFF" w:rsidR="001E1635" w:rsidRPr="000C1CCF" w:rsidRDefault="00F8409C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  <w:r w:rsidR="000C1CCF">
              <w:rPr>
                <w:b/>
                <w:color w:val="0D5F78"/>
              </w:rPr>
              <w:t xml:space="preserve"> </w:t>
            </w:r>
            <w:bookmarkStart w:id="0" w:name="_GoBack"/>
            <w:r w:rsidR="000C1CCF" w:rsidRPr="000C1CCF">
              <w:rPr>
                <w:b/>
              </w:rPr>
              <w:t>PRIMARIA ORASULUI VIDELE</w:t>
            </w:r>
          </w:p>
          <w:bookmarkEnd w:id="0"/>
          <w:p w14:paraId="04E7F576" w14:textId="77777777" w:rsidR="001E1635" w:rsidRDefault="001E1635">
            <w:pPr>
              <w:keepNext/>
            </w:pPr>
          </w:p>
        </w:tc>
      </w:tr>
      <w:tr w:rsidR="001E1635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Default="001E1635"/>
        </w:tc>
        <w:tc>
          <w:tcPr>
            <w:tcW w:w="2409" w:type="dxa"/>
            <w:shd w:val="clear" w:color="auto" w:fill="F0F0F0"/>
          </w:tcPr>
          <w:p w14:paraId="24729E83" w14:textId="77777777" w:rsidR="001E1635" w:rsidRPr="006257CA" w:rsidRDefault="00F8409C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Cod de identificare fiscală (CIF)</w:t>
            </w:r>
          </w:p>
          <w:p w14:paraId="5C37BD63" w14:textId="00B12A0D" w:rsidR="001E1635" w:rsidRPr="006257CA" w:rsidRDefault="000C1CCF">
            <w:pPr>
              <w:keepNext/>
              <w:rPr>
                <w:lang w:val="fr-FR"/>
              </w:rPr>
            </w:pPr>
            <w:r>
              <w:rPr>
                <w:lang w:val="fr-FR"/>
              </w:rPr>
              <w:t>6853155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078F9828" w14:textId="77777777" w:rsidR="000C1CCF" w:rsidRDefault="000C1CCF" w:rsidP="000C1CCF">
            <w:pPr>
              <w:keepNext/>
            </w:pPr>
            <w:r>
              <w:t xml:space="preserve">ORAS VIDELE, STRADA REPUBLICII, NR. 2, TEL. 0247453017, </w:t>
            </w:r>
          </w:p>
          <w:p w14:paraId="0EA9E139" w14:textId="106B5539" w:rsidR="001E1635" w:rsidRDefault="000C1CCF" w:rsidP="000C1CCF">
            <w:pPr>
              <w:keepNext/>
            </w:pPr>
            <w:r>
              <w:rPr>
                <w:spacing w:val="20"/>
                <w:sz w:val="16"/>
                <w:szCs w:val="16"/>
              </w:rPr>
              <w:t>E-mail: primariavidele@yahoo.com; office@primariavidele.ro</w:t>
            </w: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F8409C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F8409C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F8409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F8409C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Instituția</w:t>
            </w:r>
          </w:p>
          <w:p w14:paraId="2670D99B" w14:textId="77777777" w:rsidR="001E1635" w:rsidRPr="006257CA" w:rsidRDefault="00F8409C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F8409C">
            <w:pPr>
              <w:spacing w:line="228" w:lineRule="auto"/>
              <w:rPr>
                <w:lang w:val="fr-FR"/>
              </w:rPr>
            </w:pPr>
            <w:r w:rsidRPr="006257C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F8409C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F8409C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F8409C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F8409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F8409C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F8409C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F8409C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25ED7088" w14:textId="77777777" w:rsidR="001E1635" w:rsidRPr="006257CA" w:rsidRDefault="00F8409C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solicit emiterea</w:t>
      </w:r>
    </w:p>
    <w:p w14:paraId="2102D1EC" w14:textId="77777777" w:rsidR="001E1635" w:rsidRPr="006257CA" w:rsidRDefault="00F8409C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F8409C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comasare (alipire)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dezmembrare (dezlipire)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 unor 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 de trecere</w:t>
            </w:r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r>
              <w:rPr>
                <w:sz w:val="16"/>
                <w:lang w:val="fr-FR"/>
              </w:rPr>
              <w:t>Descrierea operațiunii cadastrale propuse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F8409C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F8409C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F8409C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Număr cadastral</w:t>
            </w:r>
          </w:p>
          <w:p w14:paraId="3FC4B016" w14:textId="77777777" w:rsidR="001E1635" w:rsidRPr="006257CA" w:rsidRDefault="00F8409C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F8409C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F8409C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F8409C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documentația cadastrală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>plan cu o propunere de comasare/dezmembrare</w:t>
            </w:r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☐ extras de carte funciară actualizat</w:t>
            </w:r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>☐ plan de încadrare în zonă în sistem Stereo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împuternicirea, dacă este cazul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F8409C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F8409C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F8409C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F8409C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F8409C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F8409C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6C247B" w14:textId="77777777" w:rsidR="0099216D" w:rsidRDefault="0099216D">
      <w:r>
        <w:separator/>
      </w:r>
    </w:p>
  </w:endnote>
  <w:endnote w:type="continuationSeparator" w:id="0">
    <w:p w14:paraId="02C79398" w14:textId="77777777" w:rsidR="0099216D" w:rsidRDefault="00992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8E5FA" w14:textId="77777777" w:rsidR="001E1635" w:rsidRDefault="00F8409C">
    <w:pPr>
      <w:pStyle w:val="Footer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C1CCF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C1CCF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4057A" w14:textId="77777777" w:rsidR="0099216D" w:rsidRDefault="0099216D">
      <w:r>
        <w:separator/>
      </w:r>
    </w:p>
  </w:footnote>
  <w:footnote w:type="continuationSeparator" w:id="0">
    <w:p w14:paraId="1849B7C5" w14:textId="77777777" w:rsidR="0099216D" w:rsidRDefault="00992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1CCF"/>
    <w:rsid w:val="0015074B"/>
    <w:rsid w:val="001E1635"/>
    <w:rsid w:val="0029639D"/>
    <w:rsid w:val="002A0E43"/>
    <w:rsid w:val="00326F90"/>
    <w:rsid w:val="006257CA"/>
    <w:rsid w:val="006C103E"/>
    <w:rsid w:val="0099216D"/>
    <w:rsid w:val="009D782F"/>
    <w:rsid w:val="00A37FAC"/>
    <w:rsid w:val="00AA1D8D"/>
    <w:rsid w:val="00AC5F99"/>
    <w:rsid w:val="00B47730"/>
    <w:rsid w:val="00CB0664"/>
    <w:rsid w:val="00F840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7DAA08-7346-4F89-B7B9-3826A020D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urbanism_3</cp:lastModifiedBy>
  <cp:revision>5</cp:revision>
  <dcterms:created xsi:type="dcterms:W3CDTF">2013-12-23T23:15:00Z</dcterms:created>
  <dcterms:modified xsi:type="dcterms:W3CDTF">2026-09-23T11:27:00Z</dcterms:modified>
  <cp:category/>
</cp:coreProperties>
</file>